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136" w:rsidRPr="00C62A20" w:rsidRDefault="00D26136" w:rsidP="00D26136">
      <w:pPr>
        <w:pStyle w:val="Heading1"/>
        <w:spacing w:before="0" w:line="240" w:lineRule="auto"/>
        <w:jc w:val="center"/>
        <w:rPr>
          <w:rFonts w:ascii="Cambria" w:hAnsi="Cambria"/>
          <w:lang w:val="sr-Cyrl-ME"/>
        </w:rPr>
      </w:pPr>
    </w:p>
    <w:p w:rsidR="00D26136" w:rsidRPr="00C62A20" w:rsidRDefault="00D26136" w:rsidP="00D26136">
      <w:pPr>
        <w:pStyle w:val="Heading1"/>
        <w:spacing w:before="0" w:line="240" w:lineRule="auto"/>
        <w:rPr>
          <w:rFonts w:ascii="Cambria" w:hAnsi="Cambria"/>
          <w:lang w:val="sr-Cyrl-ME"/>
        </w:rPr>
      </w:pPr>
    </w:p>
    <w:p w:rsidR="00570230" w:rsidRPr="00C62A20" w:rsidRDefault="00D26136" w:rsidP="00D26136">
      <w:pPr>
        <w:pStyle w:val="Heading1"/>
        <w:spacing w:before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PREDMET: Izjava o obilasku objekta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b/>
          <w:lang w:val="sr-Cyrl-ME"/>
        </w:rPr>
        <w:t>Opis predmeta javne nabavke:</w:t>
      </w:r>
      <w:r w:rsidR="00D26136" w:rsidRPr="00C62A20">
        <w:rPr>
          <w:rFonts w:ascii="Cambria" w:hAnsi="Cambria"/>
          <w:lang w:val="en-GB"/>
        </w:rPr>
        <w:t xml:space="preserve"> </w:t>
      </w:r>
      <w:r w:rsidRPr="00C62A20">
        <w:rPr>
          <w:rFonts w:ascii="Cambria" w:hAnsi="Cambria"/>
          <w:lang w:val="sr-Cyrl-ME"/>
        </w:rPr>
        <w:t>Adaptacija objekta Filozofskog fakulteta i Filološkog fakulteta U</w:t>
      </w:r>
      <w:r w:rsidR="00D26136" w:rsidRPr="00C62A20">
        <w:rPr>
          <w:rFonts w:ascii="Cambria" w:hAnsi="Cambria"/>
          <w:lang w:val="sr-Cyrl-ME"/>
        </w:rPr>
        <w:t>niverziteta Crne Gore u Nikšiću</w:t>
      </w:r>
    </w:p>
    <w:p w:rsidR="00D26136" w:rsidRPr="00C62A20" w:rsidRDefault="00D26136" w:rsidP="00D26136">
      <w:pPr>
        <w:spacing w:after="0" w:line="240" w:lineRule="auto"/>
        <w:jc w:val="both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Datum obilaska: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Vrijeme obilaska: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Ime i prezime predstavnika ponuđača: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Naziv firme: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Kontakt podaci (telefon/e-mail):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9D3AD1" w:rsidP="00D26136">
      <w:pPr>
        <w:spacing w:after="0" w:line="240" w:lineRule="auto"/>
        <w:rPr>
          <w:rFonts w:ascii="Cambria" w:hAnsi="Cambria"/>
          <w:lang w:val="sr-Cyrl-ME"/>
        </w:rPr>
      </w:pPr>
      <w:r>
        <w:rPr>
          <w:rFonts w:ascii="Cambria" w:hAnsi="Cambria"/>
          <w:lang w:val="sr-Cyrl-ME"/>
        </w:rPr>
        <w:t>Ime i prezime kontakt osob</w:t>
      </w:r>
      <w:r>
        <w:rPr>
          <w:rFonts w:ascii="Cambria" w:hAnsi="Cambria"/>
          <w:lang w:val="en-GB"/>
        </w:rPr>
        <w:t>a</w:t>
      </w:r>
      <w:r w:rsidR="00173B1A" w:rsidRPr="00C62A20">
        <w:rPr>
          <w:rFonts w:ascii="Cambria" w:hAnsi="Cambria"/>
          <w:lang w:val="sr-Cyrl-ME"/>
        </w:rPr>
        <w:t xml:space="preserve"> sa strane Naručioca: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u w:val="single"/>
          <w:lang w:val="sr-Cyrl-ME"/>
        </w:rPr>
      </w:pPr>
      <w:r w:rsidRPr="00C62A20">
        <w:rPr>
          <w:rFonts w:ascii="Cambria" w:hAnsi="Cambria"/>
          <w:u w:val="single"/>
          <w:lang w:val="sr-Cyrl-ME"/>
        </w:rPr>
        <w:t>Mišo Komnenović</w:t>
      </w:r>
    </w:p>
    <w:p w:rsidR="00C62A20" w:rsidRPr="00C62A20" w:rsidRDefault="00C62A20" w:rsidP="00D26136">
      <w:pPr>
        <w:spacing w:after="0" w:line="240" w:lineRule="auto"/>
        <w:rPr>
          <w:rFonts w:ascii="Cambria" w:hAnsi="Cambria"/>
          <w:u w:val="single"/>
          <w:lang w:val="sr-Cyrl-ME"/>
        </w:rPr>
      </w:pPr>
      <w:r w:rsidRPr="00C62A20">
        <w:rPr>
          <w:rFonts w:ascii="Cambria" w:hAnsi="Cambria"/>
          <w:u w:val="single"/>
          <w:lang w:val="sr-Cyrl-ME"/>
        </w:rPr>
        <w:t>Žarko Ćetković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Izjava o uvidu u postojeće stanje: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D26136" w:rsidRPr="00C62A20" w:rsidRDefault="00173B1A" w:rsidP="00D26136">
      <w:p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Potvrđujem da sam današnjim obilaskom objekta Filozofskog i Filološkog fakulteta Univerziteta Crne Gore u Nikšiću imao/la uvid u postojeće stanje inst</w:t>
      </w:r>
      <w:r w:rsidR="00D26136" w:rsidRPr="00C62A20">
        <w:rPr>
          <w:rFonts w:ascii="Cambria" w:hAnsi="Cambria"/>
          <w:lang w:val="sr-Cyrl-ME"/>
        </w:rPr>
        <w:t>alacija za grijanje i hlađenje,</w:t>
      </w:r>
      <w:r w:rsidR="00D26136" w:rsidRPr="00C62A20">
        <w:rPr>
          <w:rFonts w:ascii="Cambria" w:hAnsi="Cambria"/>
          <w:lang w:val="en-GB"/>
        </w:rPr>
        <w:t xml:space="preserve"> </w:t>
      </w:r>
      <w:r w:rsidR="00D26136" w:rsidRPr="00C62A20">
        <w:rPr>
          <w:rFonts w:ascii="Cambria" w:hAnsi="Cambria"/>
          <w:lang w:val="sr-Cyrl-ME"/>
        </w:rPr>
        <w:t>uključujući:</w:t>
      </w:r>
    </w:p>
    <w:p w:rsidR="00D26136" w:rsidRPr="00C62A20" w:rsidRDefault="00D26136" w:rsidP="00D26136">
      <w:pPr>
        <w:spacing w:after="0" w:line="240" w:lineRule="auto"/>
        <w:jc w:val="both"/>
        <w:rPr>
          <w:rFonts w:ascii="Cambria" w:hAnsi="Cambria"/>
          <w:lang w:val="sr-Cyrl-ME"/>
        </w:rPr>
      </w:pPr>
    </w:p>
    <w:p w:rsidR="00D26136" w:rsidRPr="00C62A20" w:rsidRDefault="00173B1A" w:rsidP="00D2613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Bakarni cjevovod za tečnu i gasnu fazu rashladnog f</w:t>
      </w:r>
      <w:r w:rsidR="00D26136" w:rsidRPr="00C62A20">
        <w:rPr>
          <w:rFonts w:ascii="Cambria" w:hAnsi="Cambria"/>
          <w:lang w:val="sr-Cyrl-ME"/>
        </w:rPr>
        <w:t>luida.</w:t>
      </w:r>
    </w:p>
    <w:p w:rsidR="00D26136" w:rsidRPr="00C62A20" w:rsidRDefault="00173B1A" w:rsidP="00D2613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Komunikacione kablove za povezivanje unutrašnjih i spoljašnjih jedinica, kao i c</w:t>
      </w:r>
      <w:r w:rsidR="00D26136" w:rsidRPr="00C62A20">
        <w:rPr>
          <w:rFonts w:ascii="Cambria" w:hAnsi="Cambria"/>
          <w:lang w:val="sr-Cyrl-ME"/>
        </w:rPr>
        <w:t>entralnog kontrolnog sistema.</w:t>
      </w:r>
    </w:p>
    <w:p w:rsidR="00D26136" w:rsidRPr="00C62A20" w:rsidRDefault="00173B1A" w:rsidP="00D2613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PPR cijevi za kondenzacionu mrežu.</w:t>
      </w:r>
    </w:p>
    <w:p w:rsidR="00570230" w:rsidRPr="00C62A20" w:rsidRDefault="00173B1A" w:rsidP="00D26136">
      <w:p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br/>
        <w:t>Na osnovu obilaska objekta, izjavu dajem kao dokaz o uvidu u postojeću instalaciju i saglasan/saglasna sam da navedeno predstavlja osnovu za nadgradnju sistema grijanja i hlađenja ugradnjom spoljašnjih i unutrašnjih jedinica prema datoj specifikaciji.</w:t>
      </w:r>
    </w:p>
    <w:p w:rsidR="00D26136" w:rsidRPr="00C62A20" w:rsidRDefault="00D26136" w:rsidP="00D26136">
      <w:pPr>
        <w:spacing w:after="0" w:line="240" w:lineRule="auto"/>
        <w:jc w:val="both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P</w:t>
      </w:r>
      <w:r w:rsidR="00D26136" w:rsidRPr="00C62A20">
        <w:rPr>
          <w:rFonts w:ascii="Cambria" w:hAnsi="Cambria"/>
          <w:lang w:val="sr-Cyrl-ME"/>
        </w:rPr>
        <w:t xml:space="preserve">otpis predstavnika </w:t>
      </w:r>
      <w:r w:rsidR="00D26136" w:rsidRPr="00C62A20">
        <w:rPr>
          <w:rFonts w:ascii="Cambria" w:hAnsi="Cambria"/>
          <w:lang w:val="en-GB"/>
        </w:rPr>
        <w:t>P</w:t>
      </w:r>
      <w:r w:rsidRPr="00C62A20">
        <w:rPr>
          <w:rFonts w:ascii="Cambria" w:hAnsi="Cambria"/>
          <w:lang w:val="sr-Cyrl-ME"/>
        </w:rPr>
        <w:t>onuđača:</w:t>
      </w:r>
    </w:p>
    <w:p w:rsidR="00570230" w:rsidRPr="00C62A20" w:rsidRDefault="00173B1A" w:rsidP="00D26136">
      <w:pPr>
        <w:spacing w:after="0" w:line="240" w:lineRule="auto"/>
        <w:rPr>
          <w:rFonts w:ascii="Cambria" w:hAnsi="Cambria"/>
          <w:lang w:val="sr-Cyrl-ME"/>
        </w:rPr>
      </w:pPr>
      <w:r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9D3AD1" w:rsidP="00D26136">
      <w:pPr>
        <w:spacing w:after="0" w:line="240" w:lineRule="auto"/>
        <w:rPr>
          <w:rFonts w:ascii="Cambria" w:hAnsi="Cambria"/>
          <w:lang w:val="sr-Cyrl-ME"/>
        </w:rPr>
      </w:pPr>
      <w:r>
        <w:rPr>
          <w:rFonts w:ascii="Cambria" w:hAnsi="Cambria"/>
          <w:lang w:val="sr-Cyrl-ME"/>
        </w:rPr>
        <w:t>Potpis kontakt osob</w:t>
      </w:r>
      <w:r>
        <w:rPr>
          <w:rFonts w:ascii="Cambria" w:hAnsi="Cambria"/>
          <w:lang w:val="en-GB"/>
        </w:rPr>
        <w:t>a</w:t>
      </w:r>
      <w:bookmarkStart w:id="0" w:name="_GoBack"/>
      <w:bookmarkEnd w:id="0"/>
      <w:r w:rsidR="00173B1A" w:rsidRPr="00C62A20">
        <w:rPr>
          <w:rFonts w:ascii="Cambria" w:hAnsi="Cambria"/>
          <w:lang w:val="sr-Cyrl-ME"/>
        </w:rPr>
        <w:t xml:space="preserve"> </w:t>
      </w:r>
      <w:r w:rsidR="00D26136" w:rsidRPr="00C62A20">
        <w:rPr>
          <w:rFonts w:ascii="Cambria" w:hAnsi="Cambria"/>
          <w:lang w:val="en-GB"/>
        </w:rPr>
        <w:t>N</w:t>
      </w:r>
      <w:r w:rsidR="00173B1A" w:rsidRPr="00C62A20">
        <w:rPr>
          <w:rFonts w:ascii="Cambria" w:hAnsi="Cambria"/>
          <w:lang w:val="sr-Cyrl-ME"/>
        </w:rPr>
        <w:t>aručioca:</w:t>
      </w:r>
    </w:p>
    <w:p w:rsidR="00C62A20" w:rsidRPr="00C62A20" w:rsidRDefault="00173B1A" w:rsidP="00C62A20">
      <w:pPr>
        <w:spacing w:after="0" w:line="240" w:lineRule="auto"/>
        <w:rPr>
          <w:rFonts w:ascii="Cambria" w:hAnsi="Cambria"/>
          <w:lang w:val="en-GB"/>
        </w:rPr>
      </w:pPr>
      <w:r w:rsidRPr="00C62A20">
        <w:rPr>
          <w:rFonts w:ascii="Cambria" w:hAnsi="Cambria"/>
          <w:lang w:val="sr-Cyrl-ME"/>
        </w:rPr>
        <w:t>____________________________</w:t>
      </w:r>
      <w:r w:rsidR="00C62A20">
        <w:rPr>
          <w:rFonts w:ascii="Cambria" w:hAnsi="Cambria"/>
          <w:lang w:val="en-GB"/>
        </w:rPr>
        <w:t xml:space="preserve">   </w:t>
      </w:r>
      <w:r w:rsidR="00C62A20" w:rsidRPr="00C62A20">
        <w:rPr>
          <w:rFonts w:ascii="Cambria" w:hAnsi="Cambria"/>
          <w:lang w:val="sr-Cyrl-ME"/>
        </w:rPr>
        <w:t>____________________________</w:t>
      </w:r>
    </w:p>
    <w:p w:rsidR="00D26136" w:rsidRPr="00C62A20" w:rsidRDefault="00D26136" w:rsidP="00D26136">
      <w:pPr>
        <w:spacing w:after="0" w:line="240" w:lineRule="auto"/>
        <w:rPr>
          <w:rFonts w:ascii="Cambria" w:hAnsi="Cambria"/>
          <w:lang w:val="sr-Cyrl-ME"/>
        </w:rPr>
      </w:pPr>
    </w:p>
    <w:p w:rsidR="00570230" w:rsidRPr="00C62A20" w:rsidRDefault="00173B1A" w:rsidP="00D26136">
      <w:pPr>
        <w:spacing w:after="0" w:line="240" w:lineRule="auto"/>
        <w:jc w:val="both"/>
        <w:rPr>
          <w:rFonts w:ascii="Cambria" w:hAnsi="Cambria"/>
          <w:lang w:val="sr-Cyrl-ME"/>
        </w:rPr>
      </w:pPr>
      <w:r w:rsidRPr="00C62A20">
        <w:rPr>
          <w:rFonts w:ascii="Cambria" w:hAnsi="Cambria"/>
          <w:b/>
          <w:lang w:val="sr-Cyrl-ME"/>
        </w:rPr>
        <w:t>Napomena:</w:t>
      </w:r>
      <w:r w:rsidRPr="00C62A20">
        <w:rPr>
          <w:rFonts w:ascii="Cambria" w:hAnsi="Cambria"/>
          <w:lang w:val="sr-Cyrl-ME"/>
        </w:rPr>
        <w:t xml:space="preserve"> Ova izjava predstavlja dokaz o i</w:t>
      </w:r>
      <w:r w:rsidR="005552F3" w:rsidRPr="00C62A20">
        <w:rPr>
          <w:rFonts w:ascii="Cambria" w:hAnsi="Cambria"/>
          <w:lang w:val="sr-Cyrl-ME"/>
        </w:rPr>
        <w:t>zvršenom obilasku objekta i ist</w:t>
      </w:r>
      <w:r w:rsidR="005552F3" w:rsidRPr="00C62A20">
        <w:rPr>
          <w:rFonts w:ascii="Cambria" w:hAnsi="Cambria"/>
          <w:lang w:val="en-GB"/>
        </w:rPr>
        <w:t>i</w:t>
      </w:r>
      <w:r w:rsidRPr="00C62A20">
        <w:rPr>
          <w:rFonts w:ascii="Cambria" w:hAnsi="Cambria"/>
          <w:lang w:val="sr-Cyrl-ME"/>
        </w:rPr>
        <w:t xml:space="preserve"> će biti sastavni dio ponude.</w:t>
      </w:r>
    </w:p>
    <w:sectPr w:rsidR="00570230" w:rsidRPr="00C62A20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136" w:rsidRDefault="00D26136" w:rsidP="00D26136">
      <w:pPr>
        <w:spacing w:after="0" w:line="240" w:lineRule="auto"/>
      </w:pPr>
      <w:r>
        <w:separator/>
      </w:r>
    </w:p>
  </w:endnote>
  <w:endnote w:type="continuationSeparator" w:id="0">
    <w:p w:rsidR="00D26136" w:rsidRDefault="00D26136" w:rsidP="00D2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mbria" w:hAnsi="Cambria"/>
        <w:sz w:val="20"/>
        <w:lang w:val="sr-Cyrl-ME"/>
      </w:rPr>
      <w:id w:val="-656228194"/>
      <w:docPartObj>
        <w:docPartGallery w:val="Page Numbers (Bottom of Page)"/>
        <w:docPartUnique/>
      </w:docPartObj>
    </w:sdtPr>
    <w:sdtEndPr/>
    <w:sdtContent>
      <w:p w:rsidR="00D26136" w:rsidRPr="00C62A20" w:rsidRDefault="00D26136">
        <w:pPr>
          <w:pStyle w:val="Footer"/>
          <w:jc w:val="right"/>
          <w:rPr>
            <w:rFonts w:ascii="Cambria" w:hAnsi="Cambria"/>
            <w:sz w:val="20"/>
            <w:lang w:val="sr-Cyrl-ME"/>
          </w:rPr>
        </w:pPr>
        <w:r w:rsidRPr="00C62A20">
          <w:rPr>
            <w:rFonts w:ascii="Cambria" w:hAnsi="Cambria"/>
            <w:sz w:val="20"/>
            <w:lang w:val="sr-Cyrl-ME"/>
          </w:rPr>
          <w:t xml:space="preserve">Strana | </w:t>
        </w:r>
        <w:r w:rsidRPr="00C62A20">
          <w:rPr>
            <w:rFonts w:ascii="Cambria" w:hAnsi="Cambria"/>
            <w:sz w:val="20"/>
            <w:lang w:val="sr-Cyrl-ME"/>
          </w:rPr>
          <w:fldChar w:fldCharType="begin"/>
        </w:r>
        <w:r w:rsidRPr="00C62A20">
          <w:rPr>
            <w:rFonts w:ascii="Cambria" w:hAnsi="Cambria"/>
            <w:sz w:val="20"/>
            <w:lang w:val="sr-Cyrl-ME"/>
          </w:rPr>
          <w:instrText xml:space="preserve"> PAGE   \* MERGEFORMAT </w:instrText>
        </w:r>
        <w:r w:rsidRPr="00C62A20">
          <w:rPr>
            <w:rFonts w:ascii="Cambria" w:hAnsi="Cambria"/>
            <w:sz w:val="20"/>
            <w:lang w:val="sr-Cyrl-ME"/>
          </w:rPr>
          <w:fldChar w:fldCharType="separate"/>
        </w:r>
        <w:r w:rsidR="009D3AD1">
          <w:rPr>
            <w:rFonts w:ascii="Cambria" w:hAnsi="Cambria"/>
            <w:noProof/>
            <w:sz w:val="20"/>
            <w:lang w:val="sr-Cyrl-ME"/>
          </w:rPr>
          <w:t>1</w:t>
        </w:r>
        <w:r w:rsidRPr="00C62A20">
          <w:rPr>
            <w:rFonts w:ascii="Cambria" w:hAnsi="Cambria"/>
            <w:noProof/>
            <w:sz w:val="20"/>
            <w:lang w:val="sr-Cyrl-ME"/>
          </w:rPr>
          <w:fldChar w:fldCharType="end"/>
        </w:r>
        <w:r w:rsidRPr="00C62A20">
          <w:rPr>
            <w:rFonts w:ascii="Cambria" w:hAnsi="Cambria"/>
            <w:sz w:val="20"/>
            <w:lang w:val="sr-Cyrl-ME"/>
          </w:rPr>
          <w:t xml:space="preserve"> </w:t>
        </w:r>
      </w:p>
    </w:sdtContent>
  </w:sdt>
  <w:p w:rsidR="00D26136" w:rsidRPr="00D26136" w:rsidRDefault="00D26136">
    <w:pPr>
      <w:pStyle w:val="Footer"/>
      <w:rPr>
        <w:rFonts w:ascii="Cambria" w:hAnsi="Cambria"/>
        <w:lang w:val="sr-Cyrl-M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136" w:rsidRDefault="00D26136" w:rsidP="00D26136">
      <w:pPr>
        <w:spacing w:after="0" w:line="240" w:lineRule="auto"/>
      </w:pPr>
      <w:r>
        <w:separator/>
      </w:r>
    </w:p>
  </w:footnote>
  <w:footnote w:type="continuationSeparator" w:id="0">
    <w:p w:rsidR="00D26136" w:rsidRDefault="00D26136" w:rsidP="00D2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136" w:rsidRPr="00C62A20" w:rsidRDefault="00D26136" w:rsidP="00D26136">
    <w:pPr>
      <w:pStyle w:val="Header"/>
      <w:jc w:val="center"/>
      <w:rPr>
        <w:rFonts w:ascii="Cambria" w:hAnsi="Cambria"/>
      </w:rPr>
    </w:pPr>
    <w:r w:rsidRPr="00C62A20">
      <w:rPr>
        <w:rFonts w:ascii="Cambria" w:hAnsi="Cambria"/>
      </w:rPr>
      <w:t>VAŠ MEMORANDUM</w:t>
    </w:r>
  </w:p>
  <w:p w:rsidR="00D26136" w:rsidRDefault="00D261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423672"/>
    <w:multiLevelType w:val="hybridMultilevel"/>
    <w:tmpl w:val="EA567C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B6908"/>
    <w:multiLevelType w:val="hybridMultilevel"/>
    <w:tmpl w:val="49163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16D95"/>
    <w:multiLevelType w:val="hybridMultilevel"/>
    <w:tmpl w:val="775A287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3B1A"/>
    <w:rsid w:val="0029639D"/>
    <w:rsid w:val="00326F90"/>
    <w:rsid w:val="005552F3"/>
    <w:rsid w:val="00570230"/>
    <w:rsid w:val="006A5C0C"/>
    <w:rsid w:val="009D3AD1"/>
    <w:rsid w:val="00AA1D8D"/>
    <w:rsid w:val="00B47730"/>
    <w:rsid w:val="00C62A20"/>
    <w:rsid w:val="00CB0664"/>
    <w:rsid w:val="00D261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A01DF02-A01D-4160-86DC-F2F1314E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FA4F42-B4D2-4C66-917C-27210809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julka.v@ucg.ac.me</cp:lastModifiedBy>
  <cp:revision>7</cp:revision>
  <dcterms:created xsi:type="dcterms:W3CDTF">2013-12-23T23:15:00Z</dcterms:created>
  <dcterms:modified xsi:type="dcterms:W3CDTF">2024-12-23T17:02:00Z</dcterms:modified>
  <cp:category/>
</cp:coreProperties>
</file>